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Pavement weather delay message</w:t>
      </w:r>
    </w:p>
    <w:p>
      <w:r>
        <w:t>Send a factual update after comparing actual conditions with the selected product requirements. State a revised time only when you can confirm it.</w:t>
      </w:r>
    </w:p>
    <w:p>
      <w:pPr>
        <w:pStyle w:val="Heading1"/>
      </w:pPr>
      <w:r>
        <w:t>Message</w:t>
      </w:r>
    </w:p>
    <w:p>
      <w:r>
        <w:t>Hello [customer name], we need to adjust work at [job] because [observed condition] does not meet [exact product or safety requirement].</w:t>
      </w:r>
    </w:p>
    <w:p>
      <w:r>
        <w:t>The current plan is [confirmed next step or date for the next update].</w:t>
      </w:r>
    </w:p>
    <w:p>
      <w:r>
        <w:t>Please keep [actual access or closure arrangement] in place until we confirm a change.</w:t>
      </w:r>
    </w:p>
    <w:p>
      <w:r>
        <w:t>I will contact you at [confirmed update time]. Thank you, [name and contact].</w:t>
      </w:r>
    </w:p>
    <w:p>
      <w:pPr>
        <w:pStyle w:val="Heading1"/>
      </w:pPr>
      <w:r>
        <w:t>Decision record</w:t>
      </w:r>
    </w:p>
    <w:p>
      <w:pPr>
        <w:spacing w:after="40"/>
      </w:pPr>
      <w:r>
        <w:rPr>
          <w:b/>
        </w:rPr>
        <w:t>Forecast source issue time and site observations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Product document revision and applicable limit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Decision owner and customer notified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National Weather Service https://www.weather.gov/</w:t>
        </w:r>
      </w:hyperlink>
    </w:p>
    <w:p>
      <w:hyperlink r:id="rId10">
        <w:r>
          <w:rPr>
            <w:color w:val="155E75"/>
            <w:sz w:val="17"/>
          </w:rPr>
          <w:t>NWS weather safety https://www.weather.gov/safety/</w:t>
        </w:r>
      </w:hyperlink>
    </w:p>
    <w:p>
      <w:hyperlink r:id="rId11">
        <w:r>
          <w:rPr>
            <w:color w:val="155E75"/>
            <w:sz w:val="17"/>
          </w:rPr>
          <w:t>Guide https://www.npmca.org/start/season-weather</w:t>
        </w:r>
      </w:hyperlink>
    </w:p>
    <w:sectPr w:rsidR="00FC693F" w:rsidRPr="0006063C" w:rsidSect="00034616">
      <w:footerReference w:type="default" r:id="rId1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weather.gov/" TargetMode="External"/><Relationship Id="rId10" Type="http://schemas.openxmlformats.org/officeDocument/2006/relationships/hyperlink" Target="https://www.weather.gov/safety/" TargetMode="External"/><Relationship Id="rId11" Type="http://schemas.openxmlformats.org/officeDocument/2006/relationships/hyperlink" Target="https://www.npmca.org/start/season-weather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Pavement weather delay message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