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Property manager outreach draft</w:t>
      </w:r>
    </w:p>
    <w:p>
      <w:r>
        <w:t>Replace bracketed fields with accurate details. Use a relevant contact and permission-cleared project evidence; record the response rather than sending repeated unwanted requests.</w:t>
      </w:r>
    </w:p>
    <w:p>
      <w:pPr>
        <w:pStyle w:val="Heading1"/>
      </w:pPr>
      <w:r>
        <w:t>Message</w:t>
      </w:r>
    </w:p>
    <w:p>
      <w:r>
        <w:t>Subject: Pavement site visit for [property]</w:t>
      </w:r>
    </w:p>
    <w:p>
      <w:r>
        <w:t>Hello [name], I work with [business] providing [verified service] in [service area].</w:t>
      </w:r>
    </w:p>
    <w:p>
      <w:r>
        <w:t>I would like to ask whether [property] needs a pavement inspection or a written estimate for [specific work].</w:t>
      </w:r>
    </w:p>
    <w:p>
      <w:r>
        <w:t>If useful, I can arrange [actual next step]. Please tell me who handles pavement work and any requirements for a site visit.</w:t>
      </w:r>
    </w:p>
    <w:p>
      <w:r>
        <w:t>Thank you, [name and accurate contact information]</w:t>
      </w:r>
    </w:p>
    <w:p>
      <w:pPr>
        <w:pStyle w:val="Heading1"/>
      </w:pPr>
      <w:r>
        <w:t>Follow up record</w:t>
      </w:r>
    </w:p>
    <w:p>
      <w:pPr>
        <w:spacing w:after="40"/>
      </w:pPr>
      <w:r>
        <w:rPr>
          <w:b/>
        </w:rPr>
        <w:t>Recipient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Actual response and permission to follow up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Next action owner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SBA marketing and sales https://www.sba.gov/business-guide/manage-your-business/marketing-sales</w:t>
        </w:r>
      </w:hyperlink>
    </w:p>
    <w:p>
      <w:hyperlink r:id="rId10">
        <w:r>
          <w:rPr>
            <w:color w:val="155E75"/>
            <w:sz w:val="17"/>
          </w:rPr>
          <w:t>Guide https://www.npmca.org/start/marketing-website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sba.gov/business-guide/manage-your-business/marketing-sales" TargetMode="External"/><Relationship Id="rId10" Type="http://schemas.openxmlformats.org/officeDocument/2006/relationships/hyperlink" Target="https://www.npmca.org/start/marketing-website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manager outreach draft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