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Pavement job change order template</w:t>
      </w:r>
    </w:p>
    <w:p>
      <w:r>
        <w:t>Use this record when agreed scope, quantities, price or timing change. Obtain written approval before performing changed work.</w:t>
      </w:r>
    </w:p>
    <w:p>
      <w:pPr>
        <w:pStyle w:val="Heading1"/>
      </w:pPr>
      <w:r>
        <w:t>Original job</w:t>
      </w:r>
    </w:p>
    <w:p>
      <w:pPr>
        <w:spacing w:after="40"/>
      </w:pPr>
      <w:r>
        <w:rPr>
          <w:b/>
        </w:rPr>
        <w:t>Customer job reference and original proposal revision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Requested by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Requested change</w:t>
      </w:r>
    </w:p>
    <w:p>
      <w:pPr>
        <w:spacing w:after="40"/>
      </w:pPr>
      <w:r>
        <w:rPr>
          <w:b/>
        </w:rPr>
        <w:t>Condition or request and supporting photos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Added or removed work and revised exclusions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Measurement and product evidence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Cost and schedule effect</w:t>
      </w:r>
    </w:p>
    <w:p>
      <w:pPr>
        <w:spacing w:after="40"/>
      </w:pPr>
      <w:r>
        <w:rPr>
          <w:b/>
        </w:rPr>
        <w:t>Added materials labor equipment and tax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Revised total price and payment dates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Schedule traffic and weather consequences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Approval</w:t>
      </w:r>
    </w:p>
    <w:p>
      <w:pPr>
        <w:spacing w:after="40"/>
      </w:pPr>
      <w:r>
        <w:rPr>
          <w:b/>
        </w:rPr>
        <w:t>Customer approval signature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Contractor approval signature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Crew notified and revised job packet retained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SBA startup costs https://www.sba.gov/business-guide/plan-your-business/calculate-your-startup-costs</w:t>
        </w:r>
      </w:hyperlink>
    </w:p>
    <w:p>
      <w:hyperlink r:id="rId10">
        <w:r>
          <w:rPr>
            <w:color w:val="155E75"/>
            <w:sz w:val="17"/>
          </w:rPr>
          <w:t>Guide https://www.npmca.org/start/pricing-bidding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sba.gov/business-guide/plan-your-business/calculate-your-startup-costs" TargetMode="External"/><Relationship Id="rId10" Type="http://schemas.openxmlformats.org/officeDocument/2006/relationships/hyperlink" Target="https://www.npmca.org/start/pricing-bidding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job change order template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